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Example Podcast Debate Script</w:t>
        <w:br/>
        <w:t>Should Your Ancient Civilization Be Brought Back from the Dead?</w:t>
      </w:r>
    </w:p>
    <w:p>
      <w:r>
        <w:t>Ancient Civilization: Ancient Rome</w:t>
        <w:br/>
        <w:t>Team Members: Alex and Jordan</w:t>
        <w:br/>
        <w:t>Opposing Civilization: Ancient Egypt</w:t>
      </w:r>
    </w:p>
    <w:p>
      <w:r>
        <w:t>1. Introduction (30-60 sec)</w:t>
        <w:br/>
        <w:t>Alex: Welcome to our podcast debate, Should Your Ancient Civilization Be Brought Back from the Dead? Today we are representing Ancient Rome.</w:t>
      </w:r>
    </w:p>
    <w:p>
      <w:r>
        <w:t>Jordan: Ancient Rome existed from about 753 BCE to 476 CE. One interesting fact is that the Romans built roads so well that some are still visible today.</w:t>
      </w:r>
    </w:p>
    <w:p>
      <w:r>
        <w:t>Alex: You should care about Rome because many things we use today, like laws, roads, and government systems, were influenced by Roman ideas.</w:t>
      </w:r>
    </w:p>
    <w:p>
      <w:r>
        <w:t>2. Meet the Competition</w:t>
        <w:br/>
        <w:t>Opposing Civilization: Ancient Egypt</w:t>
        <w:br/>
        <w:t>One Thing We Learned: We learned that Ancient Egypt created impressive pyramids and had advanced knowledge of farming along the Nile River.</w:t>
      </w:r>
    </w:p>
    <w:p>
      <w:r>
        <w:t>3. Our Opening Argument</w:t>
        <w:br/>
        <w:t>Ancient Rome should be brought back because it had a strong government, amazing engineering, and a powerful military that protected its people.</w:t>
      </w:r>
    </w:p>
    <w:p>
      <w:r>
        <w:t>The strongest achievement of Rome was its engineering. Romans built roads, bridges, and aqueducts that helped millions of people.</w:t>
      </w:r>
    </w:p>
    <w:p>
      <w:r>
        <w:t>These achievements still matter today because cities need transportation systems and clean water.</w:t>
      </w:r>
    </w:p>
    <w:p>
      <w:r>
        <w:t>4. Evidence Round</w:t>
        <w:br/>
        <w:t>Evidence #1: Romans built more than 80,000 kilometres of roads across their empire.</w:t>
        <w:br/>
        <w:t>Why it helps our argument: These roads connected people, encouraged trade, and made travel easier.</w:t>
      </w:r>
    </w:p>
    <w:p>
      <w:r>
        <w:t>Evidence #2: Roman aqueducts carried fresh water to cities.</w:t>
        <w:br/>
        <w:t>Why it helps our argument: Access to clean water improved health and quality of life.</w:t>
      </w:r>
    </w:p>
    <w:p>
      <w:r>
        <w:t>5. Question the Other Civilization</w:t>
        <w:br/>
        <w:t>Question 1: If Egypt was brought back today, how would pyramids help solve modern problems?</w:t>
        <w:br/>
        <w:t>Question 2: What makes Egypt's achievements more useful than Roman roads and government?</w:t>
        <w:br/>
        <w:t>Question 3: How would Egypt adapt to today's technology-driven world?</w:t>
      </w:r>
    </w:p>
    <w:p>
      <w:r>
        <w:t>6. Rebuttal Notes</w:t>
        <w:br/>
        <w:t>Claim by Egypt: Egypt built the pyramids, one of the greatest achievements in human history.</w:t>
        <w:br/>
        <w:t>Response: We agree the pyramids are amazing, but they were mainly tombs. Roman roads, bridges, and aqueducts helped ordinary people every day.</w:t>
      </w:r>
    </w:p>
    <w:p>
      <w:r>
        <w:t>Another Claim: Egypt lasted longer than Rome.</w:t>
        <w:br/>
        <w:t>Response: Length of time is not everything. Rome's ideas about law and government still influence countries today.</w:t>
      </w:r>
    </w:p>
    <w:p>
      <w:r>
        <w:t>7. Compare the Civilizations</w:t>
        <w:br/>
        <w:t>Shared Strength: Both civilizations achieved incredible engineering and created lasting monuments.</w:t>
        <w:br/>
        <w:t>Our Advantage: Rome's inventions and ideas had a bigger impact on modern society because they helped shape transportation, government, and law.</w:t>
        <w:br/>
        <w:t>Why We Should Be Chosen: Rome's achievements are more practical and useful in today's world.</w:t>
      </w:r>
    </w:p>
    <w:p>
      <w:r>
        <w:t>8. Final Pitch</w:t>
        <w:br/>
        <w:t>Alex: The world should bring back Ancient Rome because it developed ideas and technologies that still help people today.</w:t>
      </w:r>
    </w:p>
    <w:p>
      <w:r>
        <w:t>Jordan: If only one civilization could return, it should be Rome because its government, engineering, and infrastructure improved life for millions and continue to influence the modern world.</w:t>
      </w:r>
    </w:p>
    <w:p>
      <w:r>
        <w:t>Example Debate Exchange</w:t>
        <w:br/>
        <w:t>Egypt Team: Our civilization should return because the Egyptians were pioneers in architecture and mathematics.</w:t>
        <w:br/>
        <w:t>Rome Team: We agree Egypt was innovative, but Roman engineering affected more people's daily lives through roads and aqueducts.</w:t>
        <w:br/>
        <w:t>Egypt Team: But the pyramids still inspire people thousands of years later.</w:t>
        <w:br/>
        <w:t>Rome Team: That's true, but Roman laws and government systems are still used today, making Rome more relevant to modern society.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Christopher Janzen</dc:creator>
  <keywords/>
  <dc:description>generated by python-docx</dc:description>
  <lastModifiedBy>Christopher Janzen</lastModifiedBy>
  <revision>1</revision>
  <dcterms:created xsi:type="dcterms:W3CDTF">2026-10-19T03:47:54.8925712Z</dcterms:created>
  <dcterms:modified xsi:type="dcterms:W3CDTF">2026-10-19T03:47:54.8925712Z</dcterms:modified>
  <category/>
</coreProperties>
</file>