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67D0608D" wp14:textId="77777777">
      <w:pPr>
        <w:jc w:val="center"/>
      </w:pPr>
      <w:r>
        <w:rPr>
          <w:b/>
          <w:sz w:val="32"/>
        </w:rPr>
        <w:t>Should Your Ancient Civilization Be Brought Back from the Dead?</w:t>
      </w:r>
      <w:r>
        <w:rPr>
          <w:b/>
          <w:sz w:val="32"/>
        </w:rPr>
        <w:br/>
      </w:r>
      <w:r>
        <w:rPr>
          <w:b/>
          <w:sz w:val="32"/>
        </w:rPr>
        <w:t>Podcast Debate Script Planning Worksheet</w:t>
      </w:r>
    </w:p>
    <w:p xmlns:wp14="http://schemas.microsoft.com/office/word/2010/wordml" w14:paraId="1F7F4762" wp14:textId="77777777">
      <w:r>
        <w:t>Ancient Civilization: ______________________________</w:t>
      </w:r>
    </w:p>
    <w:p xmlns:wp14="http://schemas.microsoft.com/office/word/2010/wordml" w14:paraId="712B741D" wp14:textId="77777777">
      <w:r>
        <w:t>Team Members: _____________________________________</w:t>
      </w:r>
    </w:p>
    <w:p xmlns:wp14="http://schemas.microsoft.com/office/word/2010/wordml" w14:paraId="6B4DDE47" wp14:textId="77777777">
      <w:r>
        <w:rPr>
          <w:b/>
        </w:rPr>
        <w:t>Podcast Goal</w:t>
      </w:r>
    </w:p>
    <w:p xmlns:wp14="http://schemas.microsoft.com/office/word/2010/wordml" w14:paraId="0276D2CE" wp14:textId="77777777">
      <w:r>
        <w:t>Argue why your civilization should be resurrected. Be ready to explain, defend, question, and respond to another civilization.</w:t>
      </w:r>
    </w:p>
    <w:p xmlns:wp14="http://schemas.microsoft.com/office/word/2010/wordml" w14:paraId="496049D4" wp14:textId="77777777">
      <w:r>
        <w:rPr>
          <w:b/>
        </w:rPr>
        <w:t>1. Introduction (30-60 sec)</w:t>
      </w:r>
    </w:p>
    <w:p xmlns:wp14="http://schemas.microsoft.com/office/word/2010/wordml" w:rsidP="2291E494" w14:paraId="427FEFB6" wp14:textId="7611D8D6">
      <w:pPr>
        <w:pStyle w:val="Normal"/>
      </w:pPr>
      <w:r w:rsidR="2291E494">
        <w:rPr/>
        <w:t xml:space="preserve">Welcome listeners... We </w:t>
      </w:r>
      <w:r w:rsidR="2291E494">
        <w:rPr/>
        <w:t>represent</w:t>
      </w:r>
      <w:r w:rsidR="2291E494">
        <w:rPr/>
        <w:t xml:space="preserve">: </w:t>
      </w:r>
      <w:r w:rsidR="2291E494">
        <w:rPr/>
        <w:t>_______________________________________________________________</w:t>
      </w:r>
      <w:r w:rsidR="2291E494">
        <w:rPr/>
        <w:t>_</w:t>
      </w:r>
      <w:r>
        <w:br/>
      </w:r>
      <w:r w:rsidR="2291E494">
        <w:rPr/>
        <w:t>Our civilization existed in: ____________</w:t>
      </w:r>
      <w:r>
        <w:br/>
      </w:r>
      <w:r w:rsidR="2291E494">
        <w:rPr/>
        <w:t>Interesting fact: ___________</w:t>
      </w:r>
      <w:r w:rsidR="2291E494">
        <w:rPr/>
        <w:t>__________________________________________________________________________</w:t>
      </w:r>
      <w:r w:rsidR="2291E494">
        <w:rPr/>
        <w:t>_</w:t>
      </w:r>
      <w:r>
        <w:br/>
      </w:r>
      <w:r w:rsidR="2291E494">
        <w:rPr/>
        <w:t>Why should listeners care? ____________</w:t>
      </w:r>
      <w:r w:rsidR="2291E494">
        <w:rPr/>
        <w:t>_____________________________________________________________</w:t>
      </w:r>
    </w:p>
    <w:p w:rsidR="06B1298A" w:rsidP="2291E494" w:rsidRDefault="06B1298A" w14:paraId="707305AF" w14:textId="61DD26F4">
      <w:pPr>
        <w:pStyle w:val="Normal"/>
      </w:pPr>
      <w:r w:rsidR="06B1298A">
        <w:rPr/>
        <w:t>_________________________________________________________________________________________________________</w:t>
      </w:r>
    </w:p>
    <w:p xmlns:wp14="http://schemas.microsoft.com/office/word/2010/wordml" w14:paraId="6FC3746E" wp14:textId="77777777">
      <w:r>
        <w:rPr>
          <w:b/>
        </w:rPr>
        <w:t>2. Meet the Competition</w:t>
      </w:r>
    </w:p>
    <w:p xmlns:wp14="http://schemas.microsoft.com/office/word/2010/wordml" w:rsidP="2291E494" w14:paraId="76619446" wp14:textId="6857EFE7">
      <w:pPr>
        <w:pStyle w:val="Normal"/>
      </w:pPr>
      <w:r w:rsidR="2291E494">
        <w:rPr/>
        <w:t>Opposing Civilization: ___________</w:t>
      </w:r>
      <w:r w:rsidR="495166B3">
        <w:rPr/>
        <w:t>_________________________________</w:t>
      </w:r>
      <w:r w:rsidR="023FBBCF">
        <w:rPr/>
        <w:t>_________________________________</w:t>
      </w:r>
      <w:r w:rsidR="2291E494">
        <w:rPr/>
        <w:t>_</w:t>
      </w:r>
      <w:r>
        <w:br/>
      </w:r>
      <w:r w:rsidR="2291E494">
        <w:rPr/>
        <w:t>One thing we learned: ____________</w:t>
      </w:r>
      <w:r w:rsidR="7FA45047">
        <w:rPr/>
        <w:t>__________________________________________________________________</w:t>
      </w:r>
    </w:p>
    <w:p xmlns:wp14="http://schemas.microsoft.com/office/word/2010/wordml" w14:paraId="5D8F4CD5" wp14:textId="77777777">
      <w:r>
        <w:rPr>
          <w:b/>
        </w:rPr>
        <w:t>3. Our Opening Argument</w:t>
      </w:r>
    </w:p>
    <w:p xmlns:wp14="http://schemas.microsoft.com/office/word/2010/wordml" w:rsidP="2291E494" w14:paraId="1FF16DEA" wp14:textId="57C88F9B">
      <w:pPr>
        <w:pStyle w:val="Normal"/>
      </w:pPr>
      <w:r w:rsidR="2291E494">
        <w:rPr/>
        <w:t>Reason 1: _____</w:t>
      </w:r>
      <w:r w:rsidR="3AE3A4BF">
        <w:rPr/>
        <w:t>________________________________________________________________________________________</w:t>
      </w:r>
      <w:r>
        <w:br/>
      </w:r>
      <w:r w:rsidR="2291E494">
        <w:rPr/>
        <w:t>Reason 2: ____</w:t>
      </w:r>
      <w:r w:rsidR="3271BAE3">
        <w:rPr/>
        <w:t>________________________________________________________________________________________</w:t>
      </w:r>
      <w:r w:rsidR="2291E494">
        <w:rPr/>
        <w:t>_</w:t>
      </w:r>
      <w:r>
        <w:br/>
      </w:r>
      <w:r w:rsidR="2291E494">
        <w:rPr/>
        <w:t>Reason 3: ____</w:t>
      </w:r>
      <w:r w:rsidR="67E413BC">
        <w:rPr/>
        <w:t>________________________________________________________________________________________</w:t>
      </w:r>
      <w:r w:rsidR="2291E494">
        <w:rPr/>
        <w:t>_</w:t>
      </w:r>
    </w:p>
    <w:p xmlns:wp14="http://schemas.microsoft.com/office/word/2010/wordml" w14:paraId="09C011DC" wp14:textId="77777777">
      <w:r>
        <w:rPr>
          <w:b/>
        </w:rPr>
        <w:t>4. Evidence Round</w:t>
      </w:r>
    </w:p>
    <w:p xmlns:wp14="http://schemas.microsoft.com/office/word/2010/wordml" w:rsidP="2291E494" w14:paraId="41F01BED" wp14:textId="53FB5811">
      <w:pPr>
        <w:pStyle w:val="Normal"/>
      </w:pPr>
      <w:r w:rsidR="2291E494">
        <w:rPr/>
        <w:t>Evidence #1: ___</w:t>
      </w:r>
      <w:r w:rsidR="7AEEBDBB">
        <w:rPr/>
        <w:t>____________________________________________________________________________________</w:t>
      </w:r>
      <w:r w:rsidR="2291E494">
        <w:rPr/>
        <w:t>__</w:t>
      </w:r>
      <w:r>
        <w:br/>
      </w:r>
      <w:r w:rsidR="2291E494">
        <w:rPr/>
        <w:t>Evidence #2: ____</w:t>
      </w:r>
      <w:r w:rsidR="390A2C32">
        <w:rPr/>
        <w:t>____________________________________________________________________________________</w:t>
      </w:r>
      <w:r w:rsidR="2291E494">
        <w:rPr/>
        <w:t>_</w:t>
      </w:r>
    </w:p>
    <w:p xmlns:wp14="http://schemas.microsoft.com/office/word/2010/wordml" w14:paraId="384F54C8" wp14:textId="77777777">
      <w:r>
        <w:rPr>
          <w:b/>
        </w:rPr>
        <w:t>5. Question the Other Civilization</w:t>
      </w:r>
    </w:p>
    <w:p xmlns:wp14="http://schemas.microsoft.com/office/word/2010/wordml" w:rsidP="2291E494" w14:paraId="2D89D182" wp14:textId="75EB414B">
      <w:pPr>
        <w:pStyle w:val="Normal"/>
      </w:pPr>
      <w:r w:rsidR="2291E494">
        <w:rPr/>
        <w:t>Question 1 ____</w:t>
      </w:r>
      <w:r w:rsidR="08C7A2CB">
        <w:rPr/>
        <w:t>_______________________________________________________________________________________</w:t>
      </w:r>
      <w:r w:rsidR="2291E494">
        <w:rPr/>
        <w:t>_</w:t>
      </w:r>
      <w:r>
        <w:br/>
      </w:r>
      <w:r w:rsidR="2291E494">
        <w:rPr/>
        <w:t>Question 2 ____</w:t>
      </w:r>
      <w:r w:rsidR="3111EC34">
        <w:rPr/>
        <w:t>_______________________________________________________________________________________</w:t>
      </w:r>
      <w:r w:rsidR="2291E494">
        <w:rPr/>
        <w:t>_</w:t>
      </w:r>
      <w:r>
        <w:br/>
      </w:r>
      <w:r w:rsidR="2291E494">
        <w:rPr/>
        <w:t>Question 3 _____</w:t>
      </w:r>
      <w:r w:rsidR="0CD429A3">
        <w:rPr/>
        <w:t>_______________________________________________________________________________________</w:t>
      </w:r>
    </w:p>
    <w:p xmlns:wp14="http://schemas.microsoft.com/office/word/2010/wordml" w14:paraId="37BE0588" wp14:textId="77777777">
      <w:r>
        <w:rPr>
          <w:b/>
        </w:rPr>
        <w:t>6. Rebuttal Notes</w:t>
      </w:r>
    </w:p>
    <w:p xmlns:wp14="http://schemas.microsoft.com/office/word/2010/wordml" w:rsidP="2291E494" w14:paraId="59E9B1AB" wp14:textId="4D6AED7A">
      <w:pPr>
        <w:pStyle w:val="Normal"/>
      </w:pPr>
      <w:r w:rsidR="2291E494">
        <w:rPr/>
        <w:t>Claim: ____</w:t>
      </w:r>
      <w:r w:rsidR="45CD8548">
        <w:rPr/>
        <w:t>____________________________________________________________________________________________</w:t>
      </w:r>
      <w:r w:rsidR="2291E494">
        <w:rPr/>
        <w:t>_</w:t>
      </w:r>
      <w:r>
        <w:br/>
      </w:r>
      <w:r w:rsidR="2291E494">
        <w:rPr/>
        <w:t>Response: _____</w:t>
      </w:r>
      <w:r w:rsidR="7CA87E73">
        <w:rPr/>
        <w:t>________________________________________________________________________________________</w:t>
      </w:r>
    </w:p>
    <w:p xmlns:wp14="http://schemas.microsoft.com/office/word/2010/wordml" w14:paraId="2EACF78B" wp14:textId="77777777">
      <w:r>
        <w:rPr>
          <w:b/>
        </w:rPr>
        <w:t>7. Compare the Civilizations</w:t>
      </w:r>
    </w:p>
    <w:p xmlns:wp14="http://schemas.microsoft.com/office/word/2010/wordml" w:rsidP="2291E494" w14:paraId="7E89F5B7" wp14:textId="287B1679">
      <w:pPr>
        <w:pStyle w:val="Normal"/>
      </w:pPr>
      <w:r w:rsidR="2291E494">
        <w:rPr/>
        <w:t>Shared strength</w:t>
      </w:r>
      <w:r w:rsidR="0BF4DFBA">
        <w:rPr/>
        <w:t xml:space="preserve"> (we may have this in common...) </w:t>
      </w:r>
      <w:r w:rsidR="0BF4DFBA">
        <w:rPr/>
        <w:t xml:space="preserve">- </w:t>
      </w:r>
      <w:r w:rsidR="2291E494">
        <w:rPr/>
        <w:t xml:space="preserve"> </w:t>
      </w:r>
      <w:r w:rsidR="2291E494">
        <w:rPr/>
        <w:t>_</w:t>
      </w:r>
      <w:r w:rsidR="2291E494">
        <w:rPr/>
        <w:t>___</w:t>
      </w:r>
      <w:r w:rsidR="5ECED26A">
        <w:rPr/>
        <w:t>_____________________________________________________________________________</w:t>
      </w:r>
      <w:r w:rsidR="2291E494">
        <w:rPr/>
        <w:t>_</w:t>
      </w:r>
      <w:r w:rsidR="0F4DA8BA">
        <w:rPr/>
        <w:t>______________________</w:t>
      </w:r>
      <w:r>
        <w:br/>
      </w:r>
      <w:r w:rsidR="2291E494">
        <w:rPr/>
        <w:t>Our advantage</w:t>
      </w:r>
      <w:r w:rsidR="6EEAF718">
        <w:rPr/>
        <w:t xml:space="preserve"> (but we are better because) </w:t>
      </w:r>
      <w:r w:rsidR="6EEAF718">
        <w:rPr/>
        <w:t xml:space="preserve">- </w:t>
      </w:r>
      <w:r w:rsidR="2291E494">
        <w:rPr/>
        <w:t xml:space="preserve"> _</w:t>
      </w:r>
      <w:r w:rsidR="2291E494">
        <w:rPr/>
        <w:t>____</w:t>
      </w:r>
      <w:r w:rsidR="619ACA8F">
        <w:rPr/>
        <w:t>_____________________________________________________________________________</w:t>
      </w:r>
      <w:r w:rsidR="69FB6054">
        <w:rPr/>
        <w:t>_______________________</w:t>
      </w:r>
    </w:p>
    <w:p xmlns:wp14="http://schemas.microsoft.com/office/word/2010/wordml" w14:paraId="6C230196" wp14:textId="77777777">
      <w:r>
        <w:rPr>
          <w:b/>
        </w:rPr>
        <w:t>8. Final Pitch</w:t>
      </w:r>
    </w:p>
    <w:p xmlns:wp14="http://schemas.microsoft.com/office/word/2010/wordml" w:rsidP="2291E494" w14:paraId="64372751" wp14:textId="5B72D491">
      <w:pPr>
        <w:pStyle w:val="Normal"/>
      </w:pPr>
      <w:r w:rsidR="2291E494">
        <w:rPr/>
        <w:t>Why our civilization should return: _____</w:t>
      </w:r>
      <w:r w:rsidR="5D4935B8"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3FBBCF"/>
    <w:rsid w:val="06ABBC94"/>
    <w:rsid w:val="06B1298A"/>
    <w:rsid w:val="08C7A2CB"/>
    <w:rsid w:val="0BF4DFBA"/>
    <w:rsid w:val="0CD429A3"/>
    <w:rsid w:val="0F4DA8BA"/>
    <w:rsid w:val="0FE83EF6"/>
    <w:rsid w:val="2291E494"/>
    <w:rsid w:val="2EF4EA7D"/>
    <w:rsid w:val="2EF4EA7D"/>
    <w:rsid w:val="3111EC34"/>
    <w:rsid w:val="3271BAE3"/>
    <w:rsid w:val="390A2C32"/>
    <w:rsid w:val="3AE3A4BF"/>
    <w:rsid w:val="3F210D35"/>
    <w:rsid w:val="45CD8548"/>
    <w:rsid w:val="46E472C9"/>
    <w:rsid w:val="46F0C0ED"/>
    <w:rsid w:val="495166B3"/>
    <w:rsid w:val="4D82635C"/>
    <w:rsid w:val="4D82635C"/>
    <w:rsid w:val="5D4935B8"/>
    <w:rsid w:val="5ECED26A"/>
    <w:rsid w:val="6153521E"/>
    <w:rsid w:val="619ACA8F"/>
    <w:rsid w:val="67E413BC"/>
    <w:rsid w:val="69FB6054"/>
    <w:rsid w:val="6EEAF718"/>
    <w:rsid w:val="7AEEBDBB"/>
    <w:rsid w:val="7CA87E73"/>
    <w:rsid w:val="7FA4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627AC52E-EDDE-4B83-BE13-78CEFD33FD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Christopher Janzen</dc:creator>
  <keywords/>
  <dc:description>generated by python-docx</dc:description>
  <lastModifiedBy>Christopher Janzen</lastModifiedBy>
  <revision>2</revision>
  <dcterms:created xsi:type="dcterms:W3CDTF">2026-10-19T03:40:16.6741777Z</dcterms:created>
  <dcterms:modified xsi:type="dcterms:W3CDTF">2026-10-19T03:45:13.4217808Z</dcterms:modified>
  <category/>
</coreProperties>
</file>